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b/>
          <w:sz w:val="26"/>
        </w:rPr>
        <w:t>VILJANDIMAA METSASELTS MTÜ</w:t>
      </w:r>
    </w:p>
    <w:p>
      <w:pPr>
        <w:spacing w:after="360"/>
      </w:pPr>
      <w:r>
        <w:rPr>
          <w:sz w:val="18"/>
        </w:rPr>
        <w:t>Registrikood 80203929</w:t>
        <w:br/>
        <w:t>Vabaduse plats 4, Viljandi 71020 · info@vilmets.ee</w:t>
      </w:r>
    </w:p>
    <w:p>
      <w:r>
        <w:t>Viljandimaa Metsaseltsi juhatusele</w:t>
      </w:r>
    </w:p>
    <w:p>
      <w:pPr>
        <w:pStyle w:val="Title"/>
        <w:spacing w:after="240"/>
      </w:pPr>
      <w:r>
        <w:rPr>
          <w:sz w:val="38"/>
        </w:rPr>
        <w:t>Liikmeks astumise avaldus</w:t>
      </w:r>
    </w:p>
    <w:p>
      <w:r>
        <w:t>Palun võtta mind MTÜ Viljandimaa Metsaselts liikmeks.</w:t>
      </w:r>
    </w:p>
    <w:p>
      <w:r>
        <w:t>Olen tutvunud seltsi põhikirjaga ning olen teadlik põhikirjast tulenevatest seltsi liikme õigustest ja kohustustest.</w:t>
      </w:r>
    </w:p>
    <w:p>
      <w:r>
        <w:t>Kohustun tasuma sisseastumismaksu ja liikmemaksu vastavalt üldkoosoleku otsusele.</w:t>
      </w:r>
    </w:p>
    <w:p>
      <w:pPr>
        <w:spacing w:before="160"/>
      </w:pPr>
      <w:r>
        <w:rPr>
          <w:b/>
        </w:rPr>
        <w:t>Isiku ja kinnistu andmed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032"/>
        <w:gridCol w:w="5904"/>
      </w:tblGrid>
      <w:tr>
        <w:trPr>
          <w:trHeight w:val="547" w:hRule="atLeast"/>
        </w:trPr>
        <w:tc>
          <w:tcPr>
            <w:tcW w:type="dxa" w:w="40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20"/>
              </w:rPr>
              <w:t>Ees- ja perekonnanimi</w:t>
            </w:r>
          </w:p>
        </w:tc>
        <w:tc>
          <w:tcPr>
            <w:tcW w:type="dxa" w:w="59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</w:p>
        </w:tc>
      </w:tr>
      <w:tr>
        <w:trPr>
          <w:trHeight w:val="547" w:hRule="atLeast"/>
        </w:trPr>
        <w:tc>
          <w:tcPr>
            <w:tcW w:type="dxa" w:w="40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20"/>
              </w:rPr>
              <w:t>Isikukood</w:t>
            </w:r>
          </w:p>
        </w:tc>
        <w:tc>
          <w:tcPr>
            <w:tcW w:type="dxa" w:w="59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</w:p>
        </w:tc>
      </w:tr>
      <w:tr>
        <w:trPr>
          <w:trHeight w:val="547" w:hRule="atLeast"/>
        </w:trPr>
        <w:tc>
          <w:tcPr>
            <w:tcW w:type="dxa" w:w="40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20"/>
              </w:rPr>
              <w:t>Elukoha aadress</w:t>
            </w:r>
          </w:p>
        </w:tc>
        <w:tc>
          <w:tcPr>
            <w:tcW w:type="dxa" w:w="59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</w:p>
        </w:tc>
      </w:tr>
      <w:tr>
        <w:trPr>
          <w:trHeight w:val="547" w:hRule="atLeast"/>
        </w:trPr>
        <w:tc>
          <w:tcPr>
            <w:tcW w:type="dxa" w:w="40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20"/>
              </w:rPr>
              <w:t>Telefoninumber</w:t>
            </w:r>
          </w:p>
        </w:tc>
        <w:tc>
          <w:tcPr>
            <w:tcW w:type="dxa" w:w="59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</w:p>
        </w:tc>
      </w:tr>
      <w:tr>
        <w:trPr>
          <w:trHeight w:val="547" w:hRule="atLeast"/>
        </w:trPr>
        <w:tc>
          <w:tcPr>
            <w:tcW w:type="dxa" w:w="40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20"/>
              </w:rPr>
              <w:t>E-posti aadress</w:t>
            </w:r>
          </w:p>
        </w:tc>
        <w:tc>
          <w:tcPr>
            <w:tcW w:type="dxa" w:w="59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</w:p>
        </w:tc>
      </w:tr>
      <w:tr>
        <w:trPr>
          <w:trHeight w:val="547" w:hRule="atLeast"/>
        </w:trPr>
        <w:tc>
          <w:tcPr>
            <w:tcW w:type="dxa" w:w="40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20"/>
              </w:rPr>
              <w:t>Kinnistu või maaüksuse nimi ja registrinumber</w:t>
            </w:r>
          </w:p>
        </w:tc>
        <w:tc>
          <w:tcPr>
            <w:tcW w:type="dxa" w:w="59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</w:p>
        </w:tc>
      </w:tr>
      <w:tr>
        <w:trPr>
          <w:trHeight w:val="547" w:hRule="atLeast"/>
        </w:trPr>
        <w:tc>
          <w:tcPr>
            <w:tcW w:type="dxa" w:w="40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20"/>
              </w:rPr>
              <w:t>Kinnistu või maaüksuse asukoht (vald, küla)</w:t>
            </w:r>
          </w:p>
        </w:tc>
        <w:tc>
          <w:tcPr>
            <w:tcW w:type="dxa" w:w="59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</w:p>
        </w:tc>
      </w:tr>
      <w:tr>
        <w:trPr>
          <w:trHeight w:val="547" w:hRule="atLeast"/>
        </w:trPr>
        <w:tc>
          <w:tcPr>
            <w:tcW w:type="dxa" w:w="40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20"/>
              </w:rPr>
              <w:t>Kinnistu või maaüksuse pindala (ha)</w:t>
            </w:r>
          </w:p>
        </w:tc>
        <w:tc>
          <w:tcPr>
            <w:tcW w:type="dxa" w:w="59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</w:p>
        </w:tc>
      </w:tr>
      <w:tr>
        <w:trPr>
          <w:trHeight w:val="547" w:hRule="atLeast"/>
        </w:trPr>
        <w:tc>
          <w:tcPr>
            <w:tcW w:type="dxa" w:w="40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sz w:val="20"/>
              </w:rPr>
              <w:t>Metsamaa pindala (ha)</w:t>
            </w:r>
          </w:p>
        </w:tc>
        <w:tc>
          <w:tcPr>
            <w:tcW w:type="dxa" w:w="59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</w:p>
        </w:tc>
      </w:tr>
    </w:tbl>
    <w:p>
      <w:pPr>
        <w:spacing w:before="360"/>
      </w:pPr>
      <w:r>
        <w:t>Kinnitan esitatud andmete õigsust.</w:t>
      </w:r>
    </w:p>
    <w:p>
      <w:pPr>
        <w:spacing w:before="240"/>
      </w:pPr>
      <w:r>
        <w:t>Kuupäev: ____________________          Allkiri: ____________________</w:t>
      </w:r>
    </w:p>
    <w:p>
      <w:pPr>
        <w:spacing w:before="240"/>
      </w:pPr>
      <w:r>
        <w:rPr>
          <w:sz w:val="18"/>
        </w:rPr>
        <w:t>Palun saatke täidetud ja allkirjastatud avaldus e-posti aadressile info@vilmets.ee.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